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6C340" w14:textId="77777777" w:rsidR="004F304A" w:rsidRDefault="00000000">
      <w:pPr>
        <w:pStyle w:val="Titolo"/>
        <w:jc w:val="center"/>
      </w:pPr>
      <w:r>
        <w:t>MODULO DI NOTIFICA INFORTUNIO</w:t>
      </w:r>
    </w:p>
    <w:p w14:paraId="11ED2673" w14:textId="77777777" w:rsidR="004F304A" w:rsidRDefault="00000000">
      <w:pPr>
        <w:jc w:val="center"/>
      </w:pPr>
      <w:r>
        <w:rPr>
          <w:b/>
          <w:sz w:val="21"/>
        </w:rPr>
        <w:t>Studenti e studentesse dei corsi di laurea delle professioni sanitarie</w:t>
      </w:r>
    </w:p>
    <w:p w14:paraId="51E8C618" w14:textId="77777777" w:rsidR="004F304A" w:rsidRDefault="00000000">
      <w:pPr>
        <w:spacing w:after="140"/>
        <w:jc w:val="center"/>
      </w:pPr>
      <w:r>
        <w:rPr>
          <w:b/>
          <w:color w:val="00558C"/>
        </w:rPr>
        <w:t>Inviare tempestivamente a: infortuni.studenti@unibs.it</w:t>
      </w:r>
    </w:p>
    <w:p w14:paraId="6A046906" w14:textId="77777777" w:rsidR="004F304A" w:rsidRDefault="00000000">
      <w:pPr>
        <w:pStyle w:val="Titolo1"/>
      </w:pPr>
      <w:r>
        <w:t>1. Dati della studentessa o dello studente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803"/>
      </w:tblGrid>
      <w:tr w:rsidR="004F304A" w14:paraId="123F3D4F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DF102" w14:textId="77777777" w:rsidR="004F304A" w:rsidRDefault="00000000">
            <w:pPr>
              <w:spacing w:after="0"/>
            </w:pPr>
            <w:r>
              <w:rPr>
                <w:b/>
              </w:rPr>
              <w:t>Cognome e nome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53ADCC" w14:textId="77777777" w:rsidR="004F304A" w:rsidRDefault="004F304A">
            <w:pPr>
              <w:spacing w:after="0"/>
            </w:pPr>
          </w:p>
        </w:tc>
      </w:tr>
      <w:tr w:rsidR="004F304A" w14:paraId="072877AB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FBD25" w14:textId="553E1B22" w:rsidR="004F304A" w:rsidRDefault="00000000">
            <w:pPr>
              <w:spacing w:after="0"/>
            </w:pPr>
            <w:r>
              <w:rPr>
                <w:b/>
              </w:rPr>
              <w:t xml:space="preserve">Corso di </w:t>
            </w:r>
            <w:proofErr w:type="spellStart"/>
            <w:r>
              <w:rPr>
                <w:b/>
              </w:rPr>
              <w:t>laurea</w:t>
            </w:r>
            <w:proofErr w:type="spellEnd"/>
            <w:r w:rsidR="00C94A43">
              <w:rPr>
                <w:b/>
              </w:rPr>
              <w:t xml:space="preserve"> e anno di </w:t>
            </w:r>
            <w:proofErr w:type="spellStart"/>
            <w:r w:rsidR="00C94A43">
              <w:rPr>
                <w:b/>
              </w:rPr>
              <w:t>corso</w:t>
            </w:r>
            <w:proofErr w:type="spellEnd"/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7E5D2" w14:textId="77777777" w:rsidR="004F304A" w:rsidRDefault="004F304A">
            <w:pPr>
              <w:spacing w:after="0"/>
            </w:pPr>
          </w:p>
        </w:tc>
      </w:tr>
      <w:tr w:rsidR="004F304A" w14:paraId="145738BB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A8EC42" w14:textId="77777777" w:rsidR="004F304A" w:rsidRDefault="00000000">
            <w:pPr>
              <w:spacing w:after="0"/>
            </w:pPr>
            <w:proofErr w:type="spellStart"/>
            <w:r>
              <w:rPr>
                <w:b/>
              </w:rPr>
              <w:t>Sezione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sede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formativa</w:t>
            </w:r>
            <w:proofErr w:type="spellEnd"/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C79BD" w14:textId="77777777" w:rsidR="004F304A" w:rsidRDefault="004F304A">
            <w:pPr>
              <w:spacing w:after="0"/>
            </w:pPr>
          </w:p>
        </w:tc>
      </w:tr>
      <w:tr w:rsidR="004F304A" w14:paraId="573C6BD9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81527" w14:textId="77777777" w:rsidR="004F304A" w:rsidRDefault="00000000">
            <w:pPr>
              <w:spacing w:after="0"/>
            </w:pPr>
            <w:r>
              <w:rPr>
                <w:b/>
              </w:rPr>
              <w:t>Residenza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0745A" w14:textId="77777777" w:rsidR="004F304A" w:rsidRDefault="00000000">
            <w:pPr>
              <w:spacing w:after="0"/>
            </w:pPr>
            <w:r>
              <w:t>Comune ______________________________  Prov. ______</w:t>
            </w:r>
          </w:p>
        </w:tc>
      </w:tr>
      <w:tr w:rsidR="004F304A" w14:paraId="2E944089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244CA" w14:textId="77777777" w:rsidR="004F304A" w:rsidRDefault="00000000">
            <w:pPr>
              <w:spacing w:after="0"/>
            </w:pPr>
            <w:r>
              <w:rPr>
                <w:b/>
              </w:rPr>
              <w:t>Indirizzo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5D4DF" w14:textId="77777777" w:rsidR="004F304A" w:rsidRDefault="00000000">
            <w:pPr>
              <w:spacing w:after="0"/>
            </w:pPr>
            <w:r>
              <w:t>Via/Piazza ______________________________________________  n. ______</w:t>
            </w:r>
          </w:p>
        </w:tc>
      </w:tr>
      <w:tr w:rsidR="004F304A" w14:paraId="6D943159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C933A" w14:textId="77777777" w:rsidR="004F304A" w:rsidRDefault="00000000">
            <w:pPr>
              <w:spacing w:after="0"/>
            </w:pPr>
            <w:r>
              <w:rPr>
                <w:b/>
              </w:rPr>
              <w:t>Recapito telefonico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8C82D" w14:textId="77777777" w:rsidR="004F304A" w:rsidRDefault="004F304A">
            <w:pPr>
              <w:spacing w:after="0"/>
            </w:pPr>
          </w:p>
        </w:tc>
      </w:tr>
      <w:tr w:rsidR="004F304A" w14:paraId="66C1F463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61CB7" w14:textId="77777777" w:rsidR="004F304A" w:rsidRDefault="00000000">
            <w:pPr>
              <w:spacing w:after="0"/>
            </w:pPr>
            <w:r>
              <w:rPr>
                <w:b/>
              </w:rPr>
              <w:t>E-mail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87C35" w14:textId="77777777" w:rsidR="004F304A" w:rsidRDefault="004F304A">
            <w:pPr>
              <w:spacing w:after="0"/>
            </w:pPr>
          </w:p>
        </w:tc>
      </w:tr>
    </w:tbl>
    <w:p w14:paraId="39C972D3" w14:textId="77777777" w:rsidR="004F304A" w:rsidRDefault="00000000">
      <w:pPr>
        <w:pStyle w:val="Titolo1"/>
      </w:pPr>
      <w:r>
        <w:t>2. Dati dell’infortunio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803"/>
      </w:tblGrid>
      <w:tr w:rsidR="004F304A" w14:paraId="50C88292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6E1F9" w14:textId="77777777" w:rsidR="004F304A" w:rsidRDefault="00000000">
            <w:pPr>
              <w:spacing w:after="0"/>
            </w:pPr>
            <w:r>
              <w:rPr>
                <w:b/>
              </w:rPr>
              <w:t>Data dell’infortunio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57AE5A" w14:textId="77777777" w:rsidR="004F304A" w:rsidRDefault="00000000">
            <w:pPr>
              <w:spacing w:after="0"/>
            </w:pPr>
            <w:r>
              <w:t>____ / ____ / ________</w:t>
            </w:r>
          </w:p>
        </w:tc>
      </w:tr>
      <w:tr w:rsidR="004F304A" w14:paraId="56F7C250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5F507" w14:textId="77777777" w:rsidR="004F304A" w:rsidRDefault="00000000">
            <w:pPr>
              <w:spacing w:after="0"/>
            </w:pPr>
            <w:r>
              <w:rPr>
                <w:b/>
              </w:rPr>
              <w:t>Ora dell’infortunio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D5ED28" w14:textId="77777777" w:rsidR="004F304A" w:rsidRDefault="00000000">
            <w:pPr>
              <w:spacing w:after="0"/>
            </w:pPr>
            <w:r>
              <w:t>__________</w:t>
            </w:r>
          </w:p>
        </w:tc>
      </w:tr>
      <w:tr w:rsidR="004F304A" w14:paraId="0BAF6B32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66C66" w14:textId="77777777" w:rsidR="004F304A" w:rsidRDefault="00000000">
            <w:pPr>
              <w:spacing w:after="0"/>
            </w:pPr>
            <w:r>
              <w:rPr>
                <w:b/>
              </w:rPr>
              <w:t>Turno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97021" w14:textId="77777777" w:rsidR="004F304A" w:rsidRDefault="00000000">
            <w:pPr>
              <w:spacing w:after="0"/>
            </w:pPr>
            <w:r>
              <w:t>☐ Giorno     ☐ Notte     ☐ Altro ____________________</w:t>
            </w:r>
          </w:p>
        </w:tc>
      </w:tr>
      <w:tr w:rsidR="004F304A" w14:paraId="4CE6B9BA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02265" w14:textId="77777777" w:rsidR="004F304A" w:rsidRDefault="00000000">
            <w:pPr>
              <w:spacing w:after="0"/>
            </w:pPr>
            <w:r>
              <w:rPr>
                <w:b/>
              </w:rPr>
              <w:t>Orario previsto del turno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47699" w14:textId="77777777" w:rsidR="004F304A" w:rsidRDefault="00000000">
            <w:pPr>
              <w:spacing w:after="0"/>
            </w:pPr>
            <w:r>
              <w:t>dalle __________  alle __________</w:t>
            </w:r>
          </w:p>
        </w:tc>
      </w:tr>
      <w:tr w:rsidR="004F304A" w14:paraId="4A449171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6FEF02" w14:textId="77777777" w:rsidR="004F304A" w:rsidRDefault="00000000">
            <w:pPr>
              <w:spacing w:after="0"/>
            </w:pPr>
            <w:r>
              <w:rPr>
                <w:b/>
              </w:rPr>
              <w:t>Sede del tirocinio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102C8" w14:textId="77777777" w:rsidR="004F304A" w:rsidRDefault="00000000">
            <w:pPr>
              <w:spacing w:after="0"/>
            </w:pPr>
            <w:r>
              <w:t>Denominazione ______________________________________________</w:t>
            </w:r>
          </w:p>
        </w:tc>
      </w:tr>
      <w:tr w:rsidR="004F304A" w14:paraId="71A0DF76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C6D46" w14:textId="77777777" w:rsidR="004F304A" w:rsidRDefault="00000000">
            <w:pPr>
              <w:spacing w:after="0"/>
            </w:pPr>
            <w:r>
              <w:rPr>
                <w:b/>
              </w:rPr>
              <w:t>Indirizzo della sede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8EC5E" w14:textId="77777777" w:rsidR="004F304A" w:rsidRDefault="00000000">
            <w:pPr>
              <w:spacing w:after="0"/>
            </w:pPr>
            <w:r>
              <w:t>____________________________________________________________</w:t>
            </w:r>
          </w:p>
        </w:tc>
      </w:tr>
    </w:tbl>
    <w:p w14:paraId="43A9A1E3" w14:textId="77777777" w:rsidR="004F304A" w:rsidRDefault="00000000">
      <w:pPr>
        <w:pStyle w:val="Titolo1"/>
      </w:pPr>
      <w:r>
        <w:t>3. Dinamica dell’infortunio</w:t>
      </w:r>
    </w:p>
    <w:p w14:paraId="5DB44A38" w14:textId="77777777" w:rsidR="004F304A" w:rsidRDefault="00000000">
      <w:pPr>
        <w:spacing w:after="40"/>
      </w:pPr>
      <w:r>
        <w:t>Descrivere con precisione l’accaduto, indicando:</w:t>
      </w:r>
    </w:p>
    <w:p w14:paraId="68902E7E" w14:textId="7BD6CEC0" w:rsidR="004F304A" w:rsidRDefault="00000000" w:rsidP="00382ADB">
      <w:pPr>
        <w:pStyle w:val="Puntoelenco"/>
        <w:numPr>
          <w:ilvl w:val="0"/>
          <w:numId w:val="10"/>
        </w:numPr>
        <w:spacing w:after="0"/>
      </w:pPr>
      <w:r>
        <w:t xml:space="preserve">il </w:t>
      </w:r>
      <w:proofErr w:type="spellStart"/>
      <w:r>
        <w:t>luogo</w:t>
      </w:r>
      <w:proofErr w:type="spellEnd"/>
      <w:r>
        <w:t xml:space="preserve"> in cui è </w:t>
      </w:r>
      <w:proofErr w:type="spellStart"/>
      <w:r>
        <w:t>avvenuto</w:t>
      </w:r>
      <w:proofErr w:type="spellEnd"/>
      <w:r>
        <w:t xml:space="preserve"> </w:t>
      </w:r>
      <w:proofErr w:type="spellStart"/>
      <w:r>
        <w:t>l’infortunio</w:t>
      </w:r>
      <w:proofErr w:type="spellEnd"/>
      <w:r>
        <w:t>;</w:t>
      </w:r>
    </w:p>
    <w:p w14:paraId="7E54840B" w14:textId="77777777" w:rsidR="004F304A" w:rsidRDefault="00000000" w:rsidP="00382ADB">
      <w:pPr>
        <w:pStyle w:val="Puntoelenco"/>
        <w:numPr>
          <w:ilvl w:val="0"/>
          <w:numId w:val="10"/>
        </w:numPr>
        <w:spacing w:after="0"/>
      </w:pPr>
      <w:r>
        <w:t>l’attività svolta in quel momento;</w:t>
      </w:r>
    </w:p>
    <w:p w14:paraId="0B5A85E5" w14:textId="77777777" w:rsidR="004F304A" w:rsidRDefault="00000000" w:rsidP="00382ADB">
      <w:pPr>
        <w:pStyle w:val="Puntoelenco"/>
        <w:numPr>
          <w:ilvl w:val="0"/>
          <w:numId w:val="10"/>
        </w:numPr>
        <w:spacing w:after="0"/>
      </w:pPr>
      <w:r>
        <w:t>l’evento imprevisto che ha determinato l’infortunio;</w:t>
      </w:r>
    </w:p>
    <w:p w14:paraId="2ACF6B40" w14:textId="55E9C45C" w:rsidR="004F304A" w:rsidRDefault="00000000" w:rsidP="00382ADB">
      <w:pPr>
        <w:pStyle w:val="Puntoelenco"/>
        <w:numPr>
          <w:ilvl w:val="0"/>
          <w:numId w:val="10"/>
        </w:numPr>
        <w:spacing w:after="0"/>
      </w:pPr>
      <w:r>
        <w:t xml:space="preserve">le </w:t>
      </w:r>
      <w:proofErr w:type="spellStart"/>
      <w:r>
        <w:t>conseguenze</w:t>
      </w:r>
      <w:proofErr w:type="spellEnd"/>
      <w:r>
        <w:t xml:space="preserve"> immediate;</w:t>
      </w:r>
    </w:p>
    <w:p w14:paraId="72522D8B" w14:textId="5B7E62C8" w:rsidR="004F304A" w:rsidRDefault="00000000" w:rsidP="00382ADB">
      <w:pPr>
        <w:pStyle w:val="Puntoelenco"/>
        <w:numPr>
          <w:ilvl w:val="0"/>
          <w:numId w:val="10"/>
        </w:numPr>
        <w:spacing w:after="0"/>
      </w:pPr>
      <w:proofErr w:type="spellStart"/>
      <w:r>
        <w:t>gli</w:t>
      </w:r>
      <w:proofErr w:type="spellEnd"/>
      <w:r>
        <w:t xml:space="preserve"> eventuali </w:t>
      </w:r>
      <w:proofErr w:type="spellStart"/>
      <w:r>
        <w:t>testimoni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4F304A" w14:paraId="7CF2BA69" w14:textId="77777777">
        <w:trPr>
          <w:jc w:val="center"/>
        </w:trPr>
        <w:tc>
          <w:tcPr>
            <w:tcW w:w="9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81011" w14:textId="508CD111" w:rsidR="00FD4D99" w:rsidRDefault="00C94A43">
            <w:r>
              <w:t>a)</w:t>
            </w:r>
          </w:p>
          <w:p w14:paraId="7F491FE3" w14:textId="77777777" w:rsidR="00C94A43" w:rsidRDefault="00C94A43">
            <w:r>
              <w:t>b)</w:t>
            </w:r>
          </w:p>
          <w:p w14:paraId="2F1A286F" w14:textId="77777777" w:rsidR="00C94A43" w:rsidRDefault="00C94A43">
            <w:r>
              <w:t>c)</w:t>
            </w:r>
          </w:p>
          <w:p w14:paraId="77209523" w14:textId="77777777" w:rsidR="00C94A43" w:rsidRDefault="00C94A43">
            <w:r>
              <w:t>d)</w:t>
            </w:r>
          </w:p>
          <w:p w14:paraId="55AA2FA5" w14:textId="67586F04" w:rsidR="00C94A43" w:rsidRDefault="00C94A43">
            <w:r>
              <w:t>e)</w:t>
            </w:r>
          </w:p>
        </w:tc>
      </w:tr>
    </w:tbl>
    <w:p w14:paraId="2AED228F" w14:textId="3F5EF20A" w:rsidR="004F304A" w:rsidRDefault="00FD4D99">
      <w:pPr>
        <w:pStyle w:val="Titolo1"/>
      </w:pPr>
      <w:r>
        <w:t>4. Sottoscrizione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803"/>
      </w:tblGrid>
      <w:tr w:rsidR="004F304A" w14:paraId="0E339899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F97C99" w14:textId="77777777" w:rsidR="004F304A" w:rsidRDefault="00000000">
            <w:pPr>
              <w:spacing w:after="0"/>
            </w:pPr>
            <w:proofErr w:type="spellStart"/>
            <w:r>
              <w:rPr>
                <w:b/>
              </w:rPr>
              <w:t>Firma</w:t>
            </w:r>
            <w:proofErr w:type="spellEnd"/>
            <w:r>
              <w:rPr>
                <w:b/>
              </w:rPr>
              <w:t xml:space="preserve"> della </w:t>
            </w:r>
            <w:proofErr w:type="spellStart"/>
            <w:r>
              <w:rPr>
                <w:b/>
              </w:rPr>
              <w:t>studentessa</w:t>
            </w:r>
            <w:proofErr w:type="spellEnd"/>
            <w:r>
              <w:rPr>
                <w:b/>
              </w:rPr>
              <w:t xml:space="preserve"> o dello studente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DEEEB" w14:textId="77777777" w:rsidR="004F304A" w:rsidRDefault="004F304A">
            <w:pPr>
              <w:spacing w:after="0"/>
            </w:pPr>
          </w:p>
        </w:tc>
      </w:tr>
      <w:tr w:rsidR="004F304A" w14:paraId="557BBEC5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1D648" w14:textId="77777777" w:rsidR="004F304A" w:rsidRDefault="00000000">
            <w:pPr>
              <w:spacing w:after="0"/>
            </w:pPr>
            <w:r>
              <w:rPr>
                <w:b/>
              </w:rPr>
              <w:t>Visto / timbro della Segreteria del corso di laurea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68AE7" w14:textId="77777777" w:rsidR="004F304A" w:rsidRDefault="004F304A">
            <w:pPr>
              <w:spacing w:after="0"/>
            </w:pPr>
          </w:p>
        </w:tc>
      </w:tr>
    </w:tbl>
    <w:p w14:paraId="52B864A4" w14:textId="77777777" w:rsidR="00FD4D99" w:rsidRDefault="00FD4D99">
      <w:pPr>
        <w:spacing w:before="120" w:after="0"/>
        <w:rPr>
          <w:b/>
          <w:color w:val="464646"/>
          <w:sz w:val="17"/>
        </w:rPr>
      </w:pPr>
    </w:p>
    <w:p w14:paraId="07527944" w14:textId="1AC3559F" w:rsidR="004F304A" w:rsidRDefault="00000000">
      <w:pPr>
        <w:spacing w:before="120" w:after="0"/>
      </w:pPr>
      <w:r>
        <w:rPr>
          <w:b/>
          <w:color w:val="464646"/>
          <w:sz w:val="17"/>
        </w:rPr>
        <w:t>Privacy</w:t>
      </w:r>
    </w:p>
    <w:p w14:paraId="0202D630" w14:textId="77777777" w:rsidR="004F304A" w:rsidRDefault="00000000">
      <w:pPr>
        <w:spacing w:after="0"/>
      </w:pPr>
      <w:r>
        <w:rPr>
          <w:color w:val="4B4B4B"/>
          <w:sz w:val="16"/>
        </w:rPr>
        <w:t>I dati personali, compresi quelli relativi alla salute, sono trattati dall’Università degli Studi di Brescia per la gestione dell’infortunio e dei connessi adempimenti istituzionali, ai sensi del Regolamento (UE) 2016/679. Informativa completa: www.unibs.it/it/protezione-dati-personali.</w:t>
      </w:r>
    </w:p>
    <w:sectPr w:rsidR="004F304A" w:rsidSect="00034616">
      <w:headerReference w:type="default" r:id="rId8"/>
      <w:footerReference w:type="default" r:id="rId9"/>
      <w:pgSz w:w="12240" w:h="15840"/>
      <w:pgMar w:top="794" w:right="935" w:bottom="765" w:left="935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0763" w14:textId="77777777" w:rsidR="00E51A0B" w:rsidRDefault="00E51A0B">
      <w:pPr>
        <w:spacing w:after="0"/>
      </w:pPr>
      <w:r>
        <w:separator/>
      </w:r>
    </w:p>
  </w:endnote>
  <w:endnote w:type="continuationSeparator" w:id="0">
    <w:p w14:paraId="55374832" w14:textId="77777777" w:rsidR="00E51A0B" w:rsidRDefault="00E51A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008C" w14:textId="77777777" w:rsidR="004F304A" w:rsidRDefault="00000000">
    <w:pPr>
      <w:pStyle w:val="Pidipagina"/>
      <w:jc w:val="center"/>
    </w:pPr>
    <w:r>
      <w:rPr>
        <w:color w:val="646464"/>
        <w:sz w:val="15"/>
      </w:rPr>
      <w:t xml:space="preserve">Modulo di </w:t>
    </w:r>
    <w:proofErr w:type="spellStart"/>
    <w:r>
      <w:rPr>
        <w:color w:val="646464"/>
        <w:sz w:val="15"/>
      </w:rPr>
      <w:t>notifica</w:t>
    </w:r>
    <w:proofErr w:type="spellEnd"/>
    <w:r>
      <w:rPr>
        <w:color w:val="646464"/>
        <w:sz w:val="15"/>
      </w:rPr>
      <w:t xml:space="preserve"> </w:t>
    </w:r>
    <w:proofErr w:type="spellStart"/>
    <w:r>
      <w:rPr>
        <w:color w:val="646464"/>
        <w:sz w:val="15"/>
      </w:rPr>
      <w:t>infortunio</w:t>
    </w:r>
    <w:proofErr w:type="spellEnd"/>
    <w:r>
      <w:rPr>
        <w:color w:val="646464"/>
        <w:sz w:val="15"/>
      </w:rPr>
      <w:t xml:space="preserve"> - </w:t>
    </w:r>
    <w:proofErr w:type="spellStart"/>
    <w:r>
      <w:rPr>
        <w:color w:val="646464"/>
        <w:sz w:val="15"/>
      </w:rPr>
      <w:t>Professioni</w:t>
    </w:r>
    <w:proofErr w:type="spellEnd"/>
    <w:r>
      <w:rPr>
        <w:color w:val="646464"/>
        <w:sz w:val="15"/>
      </w:rPr>
      <w:t xml:space="preserve"> </w:t>
    </w:r>
    <w:proofErr w:type="spellStart"/>
    <w:r>
      <w:rPr>
        <w:color w:val="646464"/>
        <w:sz w:val="15"/>
      </w:rPr>
      <w:t>sanitarie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D703A" w14:textId="77777777" w:rsidR="00E51A0B" w:rsidRDefault="00E51A0B">
      <w:pPr>
        <w:spacing w:after="0"/>
      </w:pPr>
      <w:r>
        <w:separator/>
      </w:r>
    </w:p>
  </w:footnote>
  <w:footnote w:type="continuationSeparator" w:id="0">
    <w:p w14:paraId="33AFE743" w14:textId="77777777" w:rsidR="00E51A0B" w:rsidRDefault="00E51A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A701C" w14:textId="77777777" w:rsidR="00AE3A65" w:rsidRDefault="00AE3A65">
    <w:pPr>
      <w:pStyle w:val="Intestazione"/>
      <w:pBdr>
        <w:bottom w:val="single" w:sz="8" w:space="3" w:color="003D77"/>
      </w:pBdr>
      <w:rPr>
        <w:rFonts w:ascii="Aptos Display" w:hAnsi="Aptos Display"/>
        <w:b/>
        <w:color w:val="003D77"/>
        <w:sz w:val="20"/>
      </w:rPr>
    </w:pPr>
  </w:p>
  <w:p w14:paraId="23AC5739" w14:textId="60337E20" w:rsidR="004F304A" w:rsidRDefault="00000000">
    <w:pPr>
      <w:pStyle w:val="Intestazione"/>
      <w:pBdr>
        <w:bottom w:val="single" w:sz="8" w:space="3" w:color="003D77"/>
      </w:pBdr>
    </w:pPr>
    <w:r>
      <w:rPr>
        <w:rFonts w:ascii="Aptos Display" w:hAnsi="Aptos Display"/>
        <w:b/>
        <w:color w:val="003D77"/>
        <w:sz w:val="20"/>
      </w:rPr>
      <w:t>UNIVERSITÀ DI BRESCIA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7D517DC"/>
    <w:multiLevelType w:val="hybridMultilevel"/>
    <w:tmpl w:val="32A8C27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3150964">
    <w:abstractNumId w:val="8"/>
  </w:num>
  <w:num w:numId="2" w16cid:durableId="786389568">
    <w:abstractNumId w:val="6"/>
  </w:num>
  <w:num w:numId="3" w16cid:durableId="1151362046">
    <w:abstractNumId w:val="5"/>
  </w:num>
  <w:num w:numId="4" w16cid:durableId="366611946">
    <w:abstractNumId w:val="4"/>
  </w:num>
  <w:num w:numId="5" w16cid:durableId="1666281724">
    <w:abstractNumId w:val="7"/>
  </w:num>
  <w:num w:numId="6" w16cid:durableId="1651669682">
    <w:abstractNumId w:val="3"/>
  </w:num>
  <w:num w:numId="7" w16cid:durableId="1402410496">
    <w:abstractNumId w:val="2"/>
  </w:num>
  <w:num w:numId="8" w16cid:durableId="2033799453">
    <w:abstractNumId w:val="1"/>
  </w:num>
  <w:num w:numId="9" w16cid:durableId="1857305524">
    <w:abstractNumId w:val="0"/>
  </w:num>
  <w:num w:numId="10" w16cid:durableId="82143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2ADB"/>
    <w:rsid w:val="004F304A"/>
    <w:rsid w:val="005657CE"/>
    <w:rsid w:val="00606AF3"/>
    <w:rsid w:val="009B5056"/>
    <w:rsid w:val="00AA1D8D"/>
    <w:rsid w:val="00AE3A65"/>
    <w:rsid w:val="00B47730"/>
    <w:rsid w:val="00C94A43"/>
    <w:rsid w:val="00CB0664"/>
    <w:rsid w:val="00E51A0B"/>
    <w:rsid w:val="00E77BF9"/>
    <w:rsid w:val="00FC693F"/>
    <w:rsid w:val="00FD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E11021"/>
  <w14:defaultImageDpi w14:val="300"/>
  <w15:docId w15:val="{039C6A19-49BE-466B-9B12-0A71DAA8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ptos" w:hAnsi="Aptos"/>
      <w:color w:val="202B34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003D77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40"/>
      <w:contextualSpacing/>
    </w:pPr>
    <w:rPr>
      <w:rFonts w:asciiTheme="majorHAnsi" w:eastAsiaTheme="majorEastAsia" w:hAnsiTheme="majorHAnsi" w:cstheme="majorBidi"/>
      <w:b/>
      <w:color w:val="003D77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Modulo di notifica infortunio - Professioni sanitarie</vt:lpstr>
      <vt:lpstr/>
    </vt:vector>
  </TitlesOfParts>
  <Manager/>
  <Company/>
  <LinksUpToDate>false</LinksUpToDate>
  <CharactersWithSpaces>1520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notifica infortunio - Professioni sanitarie</dc:title>
  <dc:subject>Modulo editabile per studenti e studentesse</dc:subject>
  <dc:creator>Paola LUCCITTI</dc:creator>
  <cp:keywords/>
  <dc:description>generated by python-docx</dc:description>
  <cp:lastModifiedBy>Paola LUCCITTI</cp:lastModifiedBy>
  <cp:revision>4</cp:revision>
  <dcterms:created xsi:type="dcterms:W3CDTF">2026-11-03T17:08:00Z</dcterms:created>
  <dcterms:modified xsi:type="dcterms:W3CDTF">2026-11-04T09:39:00Z</dcterms:modified>
  <cp:category/>
</cp:coreProperties>
</file>